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C35B62" w14:textId="77777777" w:rsidR="004516FC" w:rsidRPr="006F46F2" w:rsidRDefault="006F46F2">
      <w:pPr>
        <w:jc w:val="right"/>
        <w:rPr>
          <w:lang w:val="ru-RU"/>
        </w:rPr>
      </w:pPr>
      <w:r w:rsidRPr="006F46F2">
        <w:rPr>
          <w:lang w:val="ru-RU"/>
        </w:rPr>
        <w:t>Приложение № 1</w:t>
      </w:r>
    </w:p>
    <w:p w14:paraId="009578AD" w14:textId="77777777" w:rsidR="004516FC" w:rsidRPr="006F46F2" w:rsidRDefault="006F46F2">
      <w:pPr>
        <w:jc w:val="right"/>
        <w:rPr>
          <w:lang w:val="ru-RU"/>
        </w:rPr>
      </w:pPr>
      <w:r w:rsidRPr="006F46F2">
        <w:rPr>
          <w:lang w:val="ru-RU"/>
        </w:rPr>
        <w:t>к Положению об открытом всероссийском конкурсе книжных проектов</w:t>
      </w:r>
    </w:p>
    <w:p w14:paraId="01432F90" w14:textId="77777777" w:rsidR="004516FC" w:rsidRPr="006F46F2" w:rsidRDefault="006F46F2">
      <w:pPr>
        <w:jc w:val="right"/>
        <w:rPr>
          <w:lang w:val="ru-RU"/>
        </w:rPr>
      </w:pPr>
      <w:r w:rsidRPr="006F46F2">
        <w:rPr>
          <w:lang w:val="ru-RU"/>
        </w:rPr>
        <w:t>по востоковедению и редким языкам «Литера-2027»</w:t>
      </w:r>
    </w:p>
    <w:p w14:paraId="098448F6" w14:textId="77777777" w:rsidR="004516FC" w:rsidRPr="006F46F2" w:rsidRDefault="006F46F2">
      <w:pPr>
        <w:spacing w:before="160"/>
        <w:jc w:val="center"/>
        <w:rPr>
          <w:lang w:val="ru-RU"/>
        </w:rPr>
      </w:pPr>
      <w:r w:rsidRPr="006F46F2">
        <w:rPr>
          <w:b/>
          <w:lang w:val="ru-RU"/>
        </w:rPr>
        <w:t>ЗАЯВКА</w:t>
      </w:r>
    </w:p>
    <w:p w14:paraId="32EFB356" w14:textId="77777777" w:rsidR="004516FC" w:rsidRPr="006F46F2" w:rsidRDefault="006F46F2">
      <w:pPr>
        <w:jc w:val="center"/>
        <w:rPr>
          <w:lang w:val="ru-RU"/>
        </w:rPr>
      </w:pPr>
      <w:r w:rsidRPr="006F46F2">
        <w:rPr>
          <w:b/>
          <w:lang w:val="ru-RU"/>
        </w:rPr>
        <w:t>на участие в открытом всероссийском конкурсе книжных проектов «Литера-2027»</w:t>
      </w:r>
    </w:p>
    <w:p w14:paraId="30BFAAA7" w14:textId="4B201578" w:rsidR="004516FC" w:rsidRPr="006F46F2" w:rsidRDefault="004516FC">
      <w:pPr>
        <w:jc w:val="center"/>
        <w:rPr>
          <w:lang w:val="ru-RU"/>
        </w:rPr>
      </w:pPr>
    </w:p>
    <w:p w14:paraId="4402A32E" w14:textId="77777777" w:rsidR="004516FC" w:rsidRPr="006F46F2" w:rsidRDefault="006F46F2">
      <w:pPr>
        <w:spacing w:before="80" w:after="20"/>
        <w:rPr>
          <w:lang w:val="ru-RU"/>
        </w:rPr>
      </w:pPr>
      <w:r w:rsidRPr="006F46F2">
        <w:rPr>
          <w:b/>
          <w:lang w:val="ru-RU"/>
        </w:rPr>
        <w:t>1. Номинация Конкурса</w:t>
      </w:r>
    </w:p>
    <w:p w14:paraId="343B05BC" w14:textId="2AD961FB" w:rsidR="004516FC" w:rsidRPr="006F46F2" w:rsidRDefault="006F46F2">
      <w:pPr>
        <w:spacing w:after="20"/>
        <w:ind w:left="283"/>
        <w:rPr>
          <w:lang w:val="ru-RU"/>
        </w:rPr>
      </w:pPr>
      <w:r w:rsidRPr="006F46F2">
        <w:rPr>
          <w:i/>
          <w:lang w:val="ru-RU"/>
        </w:rPr>
        <w:t>Выберите одну: «Фундаментальный труд по востоковедению» / «Учебни</w:t>
      </w:r>
      <w:r w:rsidR="0092542E">
        <w:rPr>
          <w:i/>
          <w:lang w:val="ru-RU"/>
        </w:rPr>
        <w:t>к</w:t>
      </w:r>
      <w:r w:rsidRPr="006F46F2">
        <w:rPr>
          <w:i/>
          <w:lang w:val="ru-RU"/>
        </w:rPr>
        <w:t xml:space="preserve"> по </w:t>
      </w:r>
      <w:r w:rsidR="00B219C0">
        <w:rPr>
          <w:i/>
          <w:lang w:val="ru-RU"/>
        </w:rPr>
        <w:t>восточному</w:t>
      </w:r>
      <w:r w:rsidRPr="006F46F2">
        <w:rPr>
          <w:i/>
          <w:lang w:val="ru-RU"/>
        </w:rPr>
        <w:t xml:space="preserve"> языку».</w:t>
      </w:r>
    </w:p>
    <w:p w14:paraId="5757D7F6" w14:textId="77777777" w:rsidR="004516FC" w:rsidRPr="006F46F2" w:rsidRDefault="006F46F2">
      <w:pPr>
        <w:spacing w:after="40"/>
        <w:rPr>
          <w:lang w:val="ru-RU"/>
        </w:rPr>
      </w:pPr>
      <w:r w:rsidRPr="006F46F2">
        <w:rPr>
          <w:sz w:val="20"/>
          <w:lang w:val="ru-RU"/>
        </w:rPr>
        <w:t>________________________________________________________________________________</w:t>
      </w:r>
    </w:p>
    <w:p w14:paraId="6004C9F6" w14:textId="77777777" w:rsidR="004516FC" w:rsidRPr="006F46F2" w:rsidRDefault="006F46F2">
      <w:pPr>
        <w:spacing w:before="80" w:after="20"/>
        <w:rPr>
          <w:lang w:val="ru-RU"/>
        </w:rPr>
      </w:pPr>
      <w:r w:rsidRPr="006F46F2">
        <w:rPr>
          <w:b/>
          <w:lang w:val="ru-RU"/>
        </w:rPr>
        <w:t>2. Вид издания</w:t>
      </w:r>
    </w:p>
    <w:p w14:paraId="32C4DB27" w14:textId="63DC5E72" w:rsidR="004516FC" w:rsidRPr="006F46F2" w:rsidRDefault="006F46F2">
      <w:pPr>
        <w:spacing w:after="20"/>
        <w:ind w:left="283"/>
        <w:rPr>
          <w:lang w:val="ru-RU"/>
        </w:rPr>
      </w:pPr>
      <w:r w:rsidRPr="006F46F2">
        <w:rPr>
          <w:i/>
          <w:lang w:val="ru-RU"/>
        </w:rPr>
        <w:t>Монография / учебник.</w:t>
      </w:r>
    </w:p>
    <w:p w14:paraId="45183984" w14:textId="77777777" w:rsidR="004516FC" w:rsidRPr="006F46F2" w:rsidRDefault="006F46F2">
      <w:pPr>
        <w:spacing w:after="40"/>
        <w:rPr>
          <w:lang w:val="ru-RU"/>
        </w:rPr>
      </w:pPr>
      <w:r w:rsidRPr="006F46F2">
        <w:rPr>
          <w:sz w:val="20"/>
          <w:lang w:val="ru-RU"/>
        </w:rPr>
        <w:t>________________________________________________________________________________</w:t>
      </w:r>
    </w:p>
    <w:p w14:paraId="4D634855" w14:textId="77777777" w:rsidR="004516FC" w:rsidRPr="006F46F2" w:rsidRDefault="006F46F2">
      <w:pPr>
        <w:spacing w:before="80" w:after="20"/>
        <w:rPr>
          <w:lang w:val="ru-RU"/>
        </w:rPr>
      </w:pPr>
      <w:r w:rsidRPr="006F46F2">
        <w:rPr>
          <w:b/>
          <w:lang w:val="ru-RU"/>
        </w:rPr>
        <w:t>3. ФИО автора или руководителя авторского коллектива</w:t>
      </w:r>
    </w:p>
    <w:p w14:paraId="74DAB460" w14:textId="77777777" w:rsidR="004516FC" w:rsidRPr="006F46F2" w:rsidRDefault="006F46F2">
      <w:pPr>
        <w:spacing w:after="40"/>
        <w:rPr>
          <w:lang w:val="ru-RU"/>
        </w:rPr>
      </w:pPr>
      <w:r w:rsidRPr="006F46F2">
        <w:rPr>
          <w:sz w:val="20"/>
          <w:lang w:val="ru-RU"/>
        </w:rPr>
        <w:t>________________________________________________________________________________</w:t>
      </w:r>
    </w:p>
    <w:p w14:paraId="0546BC5E" w14:textId="77777777" w:rsidR="004516FC" w:rsidRPr="006F46F2" w:rsidRDefault="006F46F2">
      <w:pPr>
        <w:spacing w:before="80" w:after="20"/>
        <w:rPr>
          <w:lang w:val="ru-RU"/>
        </w:rPr>
      </w:pPr>
      <w:r w:rsidRPr="006F46F2">
        <w:rPr>
          <w:b/>
          <w:lang w:val="ru-RU"/>
        </w:rPr>
        <w:t>4. Основное место работы, должность, ученая степень и ученое звание автора (руководителя авторского коллектива)</w:t>
      </w:r>
    </w:p>
    <w:p w14:paraId="05B50E6F" w14:textId="77777777" w:rsidR="004516FC" w:rsidRPr="006F46F2" w:rsidRDefault="006F46F2">
      <w:pPr>
        <w:spacing w:after="20"/>
        <w:ind w:left="283"/>
        <w:rPr>
          <w:lang w:val="ru-RU"/>
        </w:rPr>
      </w:pPr>
      <w:r w:rsidRPr="006F46F2">
        <w:rPr>
          <w:i/>
          <w:lang w:val="ru-RU"/>
        </w:rPr>
        <w:t>Укажите также город и организацию полностью.</w:t>
      </w:r>
    </w:p>
    <w:p w14:paraId="0DF77937" w14:textId="77777777" w:rsidR="004516FC" w:rsidRPr="006F46F2" w:rsidRDefault="006F46F2">
      <w:pPr>
        <w:spacing w:after="40"/>
        <w:rPr>
          <w:lang w:val="ru-RU"/>
        </w:rPr>
      </w:pPr>
      <w:r w:rsidRPr="006F46F2">
        <w:rPr>
          <w:sz w:val="20"/>
          <w:lang w:val="ru-RU"/>
        </w:rPr>
        <w:t>________________________________________________________________________________</w:t>
      </w:r>
    </w:p>
    <w:p w14:paraId="69F1F1FE" w14:textId="77777777" w:rsidR="004516FC" w:rsidRPr="006F46F2" w:rsidRDefault="006F46F2">
      <w:pPr>
        <w:spacing w:before="80" w:after="20"/>
        <w:rPr>
          <w:lang w:val="ru-RU"/>
        </w:rPr>
      </w:pPr>
      <w:r w:rsidRPr="006F46F2">
        <w:rPr>
          <w:b/>
          <w:lang w:val="ru-RU"/>
        </w:rPr>
        <w:t>5. Контактные данные</w:t>
      </w:r>
    </w:p>
    <w:p w14:paraId="01DD9444" w14:textId="77777777" w:rsidR="004516FC" w:rsidRPr="006F46F2" w:rsidRDefault="006F46F2">
      <w:pPr>
        <w:spacing w:after="20"/>
        <w:ind w:left="283"/>
        <w:rPr>
          <w:lang w:val="ru-RU"/>
        </w:rPr>
      </w:pPr>
      <w:r w:rsidRPr="006F46F2">
        <w:rPr>
          <w:i/>
          <w:lang w:val="ru-RU"/>
        </w:rPr>
        <w:t>Электронная почта и мобильный телефон.</w:t>
      </w:r>
    </w:p>
    <w:p w14:paraId="2C8D92E7" w14:textId="77777777" w:rsidR="004516FC" w:rsidRPr="006F46F2" w:rsidRDefault="006F46F2">
      <w:pPr>
        <w:spacing w:after="40"/>
        <w:rPr>
          <w:lang w:val="ru-RU"/>
        </w:rPr>
      </w:pPr>
      <w:r w:rsidRPr="006F46F2">
        <w:rPr>
          <w:sz w:val="20"/>
          <w:lang w:val="ru-RU"/>
        </w:rPr>
        <w:t>________________________________________________________________________________</w:t>
      </w:r>
    </w:p>
    <w:p w14:paraId="4E49631D" w14:textId="77777777" w:rsidR="004516FC" w:rsidRPr="006F46F2" w:rsidRDefault="006F46F2">
      <w:pPr>
        <w:spacing w:before="80" w:after="20"/>
        <w:rPr>
          <w:lang w:val="ru-RU"/>
        </w:rPr>
      </w:pPr>
      <w:r w:rsidRPr="006F46F2">
        <w:rPr>
          <w:b/>
          <w:lang w:val="ru-RU"/>
        </w:rPr>
        <w:t>6. Сведения о соавторах</w:t>
      </w:r>
    </w:p>
    <w:p w14:paraId="706C2D0B" w14:textId="77777777" w:rsidR="004516FC" w:rsidRPr="006F46F2" w:rsidRDefault="006F46F2">
      <w:pPr>
        <w:spacing w:after="20"/>
        <w:ind w:left="283"/>
        <w:rPr>
          <w:lang w:val="ru-RU"/>
        </w:rPr>
      </w:pPr>
      <w:r w:rsidRPr="006F46F2">
        <w:rPr>
          <w:i/>
          <w:lang w:val="ru-RU"/>
        </w:rPr>
        <w:t>ФИО, место работы, должность, ученая степень/звание (при наличии), предполагаемый вклад каждого соавтора.</w:t>
      </w:r>
    </w:p>
    <w:p w14:paraId="0108F337" w14:textId="77777777" w:rsidR="004516FC" w:rsidRPr="006F46F2" w:rsidRDefault="006F46F2">
      <w:pPr>
        <w:spacing w:after="40"/>
        <w:rPr>
          <w:lang w:val="ru-RU"/>
        </w:rPr>
      </w:pPr>
      <w:r w:rsidRPr="006F46F2">
        <w:rPr>
          <w:sz w:val="20"/>
          <w:lang w:val="ru-RU"/>
        </w:rPr>
        <w:t>________________________________________________________________________________</w:t>
      </w:r>
    </w:p>
    <w:p w14:paraId="4F672DF7" w14:textId="77777777" w:rsidR="004516FC" w:rsidRPr="006F46F2" w:rsidRDefault="006F46F2">
      <w:pPr>
        <w:spacing w:before="80" w:after="20"/>
        <w:rPr>
          <w:lang w:val="ru-RU"/>
        </w:rPr>
      </w:pPr>
      <w:r w:rsidRPr="006F46F2">
        <w:rPr>
          <w:b/>
          <w:lang w:val="ru-RU"/>
        </w:rPr>
        <w:t>7. Название книжного проекта</w:t>
      </w:r>
    </w:p>
    <w:p w14:paraId="445B4448" w14:textId="77777777" w:rsidR="004516FC" w:rsidRPr="006F46F2" w:rsidRDefault="006F46F2">
      <w:pPr>
        <w:spacing w:after="20"/>
        <w:ind w:left="283"/>
        <w:rPr>
          <w:lang w:val="ru-RU"/>
        </w:rPr>
      </w:pPr>
      <w:r w:rsidRPr="006F46F2">
        <w:rPr>
          <w:i/>
          <w:lang w:val="ru-RU"/>
        </w:rPr>
        <w:t>Иноязычное название сопроводите переводом на русский язык.</w:t>
      </w:r>
    </w:p>
    <w:p w14:paraId="7C576481" w14:textId="77777777" w:rsidR="004516FC" w:rsidRPr="006F46F2" w:rsidRDefault="006F46F2">
      <w:pPr>
        <w:spacing w:after="40"/>
        <w:rPr>
          <w:lang w:val="ru-RU"/>
        </w:rPr>
      </w:pPr>
      <w:r w:rsidRPr="006F46F2">
        <w:rPr>
          <w:sz w:val="20"/>
          <w:lang w:val="ru-RU"/>
        </w:rPr>
        <w:t>________________________________________________________________________________</w:t>
      </w:r>
    </w:p>
    <w:p w14:paraId="3FB7ADB6" w14:textId="77777777" w:rsidR="004516FC" w:rsidRPr="006F46F2" w:rsidRDefault="006F46F2">
      <w:pPr>
        <w:spacing w:before="80" w:after="20"/>
        <w:rPr>
          <w:lang w:val="ru-RU"/>
        </w:rPr>
      </w:pPr>
      <w:r w:rsidRPr="006F46F2">
        <w:rPr>
          <w:b/>
          <w:lang w:val="ru-RU"/>
        </w:rPr>
        <w:t>8. Профессиональный и публикационный опыт автора (авторского коллектива)</w:t>
      </w:r>
    </w:p>
    <w:p w14:paraId="048FFAE9" w14:textId="77777777" w:rsidR="004516FC" w:rsidRPr="006F46F2" w:rsidRDefault="006F46F2">
      <w:pPr>
        <w:spacing w:after="20"/>
        <w:ind w:left="283"/>
        <w:rPr>
          <w:lang w:val="ru-RU"/>
        </w:rPr>
      </w:pPr>
      <w:r w:rsidRPr="006F46F2">
        <w:rPr>
          <w:i/>
          <w:lang w:val="ru-RU"/>
        </w:rPr>
        <w:t>Укажите до 5 наиболее значимых публикаций, монографий, учебников или учебных пособий по теме проекта за последние 10 лет; при наличии – премии, профессиональные достижения, опыт преподавания соответствующей дисциплины/языка. Для каждой позиции желательно дать библиографическое описание или ссылку.</w:t>
      </w:r>
    </w:p>
    <w:p w14:paraId="22995D51" w14:textId="77777777" w:rsidR="004516FC" w:rsidRPr="006F46F2" w:rsidRDefault="006F46F2">
      <w:pPr>
        <w:spacing w:after="40"/>
        <w:rPr>
          <w:lang w:val="ru-RU"/>
        </w:rPr>
      </w:pPr>
      <w:r w:rsidRPr="006F46F2">
        <w:rPr>
          <w:sz w:val="20"/>
          <w:lang w:val="ru-RU"/>
        </w:rPr>
        <w:t>________________________________________________________________________________</w:t>
      </w:r>
    </w:p>
    <w:p w14:paraId="17622777" w14:textId="5B79FFA4" w:rsidR="004516FC" w:rsidRPr="006F46F2" w:rsidRDefault="0092542E">
      <w:pPr>
        <w:spacing w:before="80" w:after="20"/>
        <w:rPr>
          <w:lang w:val="ru-RU"/>
        </w:rPr>
      </w:pPr>
      <w:r>
        <w:rPr>
          <w:b/>
          <w:lang w:val="ru-RU"/>
        </w:rPr>
        <w:t>9</w:t>
      </w:r>
      <w:r w:rsidR="006F46F2" w:rsidRPr="006F46F2">
        <w:rPr>
          <w:b/>
          <w:lang w:val="ru-RU"/>
        </w:rPr>
        <w:t>. Развернутая концепция книги (500–800 слов)</w:t>
      </w:r>
    </w:p>
    <w:p w14:paraId="2B90CC0F" w14:textId="77777777" w:rsidR="004516FC" w:rsidRPr="006F46F2" w:rsidRDefault="006F46F2">
      <w:pPr>
        <w:spacing w:after="20"/>
        <w:ind w:left="283"/>
        <w:rPr>
          <w:lang w:val="ru-RU"/>
        </w:rPr>
      </w:pPr>
      <w:r w:rsidRPr="006F46F2">
        <w:rPr>
          <w:i/>
          <w:lang w:val="ru-RU"/>
        </w:rPr>
        <w:t>Опишите исследовательскую или учебно-методическую задачу, логику книги, подход автора, основные содержательные блоки и ожидаемый вклад издания.</w:t>
      </w:r>
    </w:p>
    <w:p w14:paraId="6CF12E64" w14:textId="77777777" w:rsidR="004516FC" w:rsidRPr="006F46F2" w:rsidRDefault="006F46F2">
      <w:pPr>
        <w:spacing w:after="40"/>
        <w:rPr>
          <w:lang w:val="ru-RU"/>
        </w:rPr>
      </w:pPr>
      <w:r w:rsidRPr="006F46F2">
        <w:rPr>
          <w:sz w:val="20"/>
          <w:lang w:val="ru-RU"/>
        </w:rPr>
        <w:t>________________________________________________________________________________</w:t>
      </w:r>
    </w:p>
    <w:p w14:paraId="7B8DB573" w14:textId="2B9942EA" w:rsidR="004516FC" w:rsidRPr="006F46F2" w:rsidRDefault="006F46F2">
      <w:pPr>
        <w:spacing w:before="80" w:after="20"/>
        <w:rPr>
          <w:lang w:val="ru-RU"/>
        </w:rPr>
      </w:pPr>
      <w:r w:rsidRPr="006F46F2">
        <w:rPr>
          <w:b/>
          <w:lang w:val="ru-RU"/>
        </w:rPr>
        <w:t>1</w:t>
      </w:r>
      <w:r w:rsidR="0092542E">
        <w:rPr>
          <w:b/>
          <w:lang w:val="ru-RU"/>
        </w:rPr>
        <w:t>0</w:t>
      </w:r>
      <w:r w:rsidRPr="006F46F2">
        <w:rPr>
          <w:b/>
          <w:lang w:val="ru-RU"/>
        </w:rPr>
        <w:t>. Научная новизна или учебно-методическая ценность проекта</w:t>
      </w:r>
    </w:p>
    <w:p w14:paraId="0676F80A" w14:textId="77777777" w:rsidR="004516FC" w:rsidRPr="006F46F2" w:rsidRDefault="006F46F2">
      <w:pPr>
        <w:spacing w:after="20"/>
        <w:ind w:left="283"/>
        <w:rPr>
          <w:lang w:val="ru-RU"/>
        </w:rPr>
      </w:pPr>
      <w:r w:rsidRPr="006F46F2">
        <w:rPr>
          <w:i/>
          <w:lang w:val="ru-RU"/>
        </w:rPr>
        <w:t>Что именно в книге будет новым по сравнению с существующей литературой? Какие проблемы или дефициты она закрывает?</w:t>
      </w:r>
    </w:p>
    <w:p w14:paraId="1D164378" w14:textId="77777777" w:rsidR="004516FC" w:rsidRPr="006F46F2" w:rsidRDefault="006F46F2">
      <w:pPr>
        <w:spacing w:after="40"/>
        <w:rPr>
          <w:lang w:val="ru-RU"/>
        </w:rPr>
      </w:pPr>
      <w:r w:rsidRPr="006F46F2">
        <w:rPr>
          <w:sz w:val="20"/>
          <w:lang w:val="ru-RU"/>
        </w:rPr>
        <w:t>________________________________________________________________________________</w:t>
      </w:r>
    </w:p>
    <w:p w14:paraId="7A271008" w14:textId="5255CFB7" w:rsidR="004516FC" w:rsidRPr="006F46F2" w:rsidRDefault="0092542E">
      <w:pPr>
        <w:spacing w:before="80" w:after="20"/>
        <w:rPr>
          <w:lang w:val="ru-RU"/>
        </w:rPr>
      </w:pPr>
      <w:r>
        <w:rPr>
          <w:b/>
          <w:lang w:val="ru-RU"/>
        </w:rPr>
        <w:t>11</w:t>
      </w:r>
      <w:r w:rsidR="006F46F2" w:rsidRPr="006F46F2">
        <w:rPr>
          <w:b/>
          <w:lang w:val="ru-RU"/>
        </w:rPr>
        <w:t>. Ближайшие аналоги и конкурентное позиционирование</w:t>
      </w:r>
    </w:p>
    <w:p w14:paraId="479F0103" w14:textId="77777777" w:rsidR="004516FC" w:rsidRPr="006F46F2" w:rsidRDefault="006F46F2">
      <w:pPr>
        <w:spacing w:after="20"/>
        <w:ind w:left="283"/>
        <w:rPr>
          <w:lang w:val="ru-RU"/>
        </w:rPr>
      </w:pPr>
      <w:r w:rsidRPr="006F46F2">
        <w:rPr>
          <w:i/>
          <w:lang w:val="ru-RU"/>
        </w:rPr>
        <w:lastRenderedPageBreak/>
        <w:t>Укажите 3–5 наиболее близких российских и, при наличии, зарубежных изданий. Кратко поясните, чем предлагаемая книга отличается от каждого из них и почему требуется новое издание.</w:t>
      </w:r>
    </w:p>
    <w:p w14:paraId="39F69E8A" w14:textId="77777777" w:rsidR="004516FC" w:rsidRPr="006F46F2" w:rsidRDefault="006F46F2">
      <w:pPr>
        <w:spacing w:after="40"/>
        <w:rPr>
          <w:lang w:val="ru-RU"/>
        </w:rPr>
      </w:pPr>
      <w:r w:rsidRPr="006F46F2">
        <w:rPr>
          <w:sz w:val="20"/>
          <w:lang w:val="ru-RU"/>
        </w:rPr>
        <w:t>________________________________________________________________________________</w:t>
      </w:r>
    </w:p>
    <w:p w14:paraId="452CF4CA" w14:textId="2C2AA88E" w:rsidR="004516FC" w:rsidRPr="006F46F2" w:rsidRDefault="0092542E">
      <w:pPr>
        <w:spacing w:before="80" w:after="20"/>
        <w:rPr>
          <w:lang w:val="ru-RU"/>
        </w:rPr>
      </w:pPr>
      <w:r>
        <w:rPr>
          <w:b/>
          <w:lang w:val="ru-RU"/>
        </w:rPr>
        <w:t>12</w:t>
      </w:r>
      <w:r w:rsidR="006F46F2" w:rsidRPr="006F46F2">
        <w:rPr>
          <w:b/>
          <w:lang w:val="ru-RU"/>
        </w:rPr>
        <w:t>. Предполагаемое оглавление (структура книги)</w:t>
      </w:r>
    </w:p>
    <w:p w14:paraId="68B7CF5C" w14:textId="77777777" w:rsidR="004516FC" w:rsidRPr="006F46F2" w:rsidRDefault="006F46F2">
      <w:pPr>
        <w:spacing w:after="20"/>
        <w:ind w:left="283"/>
        <w:rPr>
          <w:lang w:val="ru-RU"/>
        </w:rPr>
      </w:pPr>
      <w:r w:rsidRPr="006F46F2">
        <w:rPr>
          <w:i/>
          <w:lang w:val="ru-RU"/>
        </w:rPr>
        <w:t>Приложите подробное оглавление с названиями разделов и глав. Допускается отдельный файл.</w:t>
      </w:r>
    </w:p>
    <w:p w14:paraId="6E9ADE6D" w14:textId="77777777" w:rsidR="004516FC" w:rsidRPr="006F46F2" w:rsidRDefault="006F46F2">
      <w:pPr>
        <w:spacing w:after="40"/>
        <w:rPr>
          <w:lang w:val="ru-RU"/>
        </w:rPr>
      </w:pPr>
      <w:r w:rsidRPr="006F46F2">
        <w:rPr>
          <w:sz w:val="20"/>
          <w:lang w:val="ru-RU"/>
        </w:rPr>
        <w:t>________________________________________________________________________________</w:t>
      </w:r>
    </w:p>
    <w:p w14:paraId="4653EBEA" w14:textId="10330109" w:rsidR="004516FC" w:rsidRPr="006F46F2" w:rsidRDefault="0092542E">
      <w:pPr>
        <w:spacing w:before="80" w:after="20"/>
        <w:rPr>
          <w:lang w:val="ru-RU"/>
        </w:rPr>
      </w:pPr>
      <w:r>
        <w:rPr>
          <w:b/>
          <w:lang w:val="ru-RU"/>
        </w:rPr>
        <w:t>13</w:t>
      </w:r>
      <w:r w:rsidR="006F46F2" w:rsidRPr="006F46F2">
        <w:rPr>
          <w:b/>
          <w:lang w:val="ru-RU"/>
        </w:rPr>
        <w:t>. Планируемый объем и степень готовности рукописи</w:t>
      </w:r>
    </w:p>
    <w:p w14:paraId="1C8E54A4" w14:textId="77777777" w:rsidR="004516FC" w:rsidRPr="006F46F2" w:rsidRDefault="006F46F2">
      <w:pPr>
        <w:spacing w:after="20"/>
        <w:ind w:left="283"/>
        <w:rPr>
          <w:lang w:val="ru-RU"/>
        </w:rPr>
      </w:pPr>
      <w:r w:rsidRPr="006F46F2">
        <w:rPr>
          <w:i/>
          <w:lang w:val="ru-RU"/>
        </w:rPr>
        <w:t>Укажите объем в авторских листах (1 а. л. = 40 000 знаков с пробелами; для иллюстративного материала 3000 см² = 1 а. л.), ориентировочное количество иллюстраций/таблиц и долю текста, уже подготовленного на дату подачи заявки.</w:t>
      </w:r>
    </w:p>
    <w:p w14:paraId="1B51C8E2" w14:textId="77777777" w:rsidR="004516FC" w:rsidRPr="006F46F2" w:rsidRDefault="006F46F2">
      <w:pPr>
        <w:spacing w:after="40"/>
        <w:rPr>
          <w:lang w:val="ru-RU"/>
        </w:rPr>
      </w:pPr>
      <w:r w:rsidRPr="006F46F2">
        <w:rPr>
          <w:sz w:val="20"/>
          <w:lang w:val="ru-RU"/>
        </w:rPr>
        <w:t>________________________________________________________________________________</w:t>
      </w:r>
    </w:p>
    <w:p w14:paraId="2B944D83" w14:textId="30FE07A6" w:rsidR="004516FC" w:rsidRPr="006F46F2" w:rsidRDefault="0092542E">
      <w:pPr>
        <w:spacing w:before="80" w:after="20"/>
        <w:rPr>
          <w:lang w:val="ru-RU"/>
        </w:rPr>
      </w:pPr>
      <w:r>
        <w:rPr>
          <w:b/>
          <w:lang w:val="ru-RU"/>
        </w:rPr>
        <w:t>14</w:t>
      </w:r>
      <w:r w:rsidR="006F46F2" w:rsidRPr="006F46F2">
        <w:rPr>
          <w:b/>
          <w:lang w:val="ru-RU"/>
        </w:rPr>
        <w:t>. Фрагмент рукописи</w:t>
      </w:r>
    </w:p>
    <w:p w14:paraId="736E5209" w14:textId="77777777" w:rsidR="004516FC" w:rsidRPr="006F46F2" w:rsidRDefault="006F46F2">
      <w:pPr>
        <w:spacing w:after="20"/>
        <w:ind w:left="283"/>
        <w:rPr>
          <w:lang w:val="ru-RU"/>
        </w:rPr>
      </w:pPr>
      <w:r w:rsidRPr="006F46F2">
        <w:rPr>
          <w:i/>
          <w:lang w:val="ru-RU"/>
        </w:rPr>
        <w:t>Приложите не менее 1 авторского листа текста будущей книги. Фрагмент должен быть репрезентативным для проекта и позволять оценить уровень авторского текста и способ изложения материала.</w:t>
      </w:r>
    </w:p>
    <w:p w14:paraId="6A4E0CFE" w14:textId="77777777" w:rsidR="004516FC" w:rsidRPr="006F46F2" w:rsidRDefault="006F46F2">
      <w:pPr>
        <w:spacing w:after="40"/>
        <w:rPr>
          <w:lang w:val="ru-RU"/>
        </w:rPr>
      </w:pPr>
      <w:r w:rsidRPr="006F46F2">
        <w:rPr>
          <w:sz w:val="20"/>
          <w:lang w:val="ru-RU"/>
        </w:rPr>
        <w:t>________________________________________________________________________________</w:t>
      </w:r>
    </w:p>
    <w:p w14:paraId="4F555180" w14:textId="70FEE6D9" w:rsidR="004516FC" w:rsidRPr="006F46F2" w:rsidRDefault="0092542E">
      <w:pPr>
        <w:spacing w:before="80" w:after="20"/>
        <w:rPr>
          <w:lang w:val="ru-RU"/>
        </w:rPr>
      </w:pPr>
      <w:r>
        <w:rPr>
          <w:b/>
          <w:lang w:val="ru-RU"/>
        </w:rPr>
        <w:t>15</w:t>
      </w:r>
      <w:r w:rsidR="006F46F2" w:rsidRPr="006F46F2">
        <w:rPr>
          <w:b/>
          <w:lang w:val="ru-RU"/>
        </w:rPr>
        <w:t>. Целевая аудитория и предполагаемая востребованность</w:t>
      </w:r>
    </w:p>
    <w:p w14:paraId="1724848D" w14:textId="77777777" w:rsidR="004516FC" w:rsidRPr="006F46F2" w:rsidRDefault="006F46F2">
      <w:pPr>
        <w:spacing w:after="20"/>
        <w:ind w:left="283"/>
        <w:rPr>
          <w:lang w:val="ru-RU"/>
        </w:rPr>
      </w:pPr>
      <w:r w:rsidRPr="006F46F2">
        <w:rPr>
          <w:i/>
          <w:lang w:val="ru-RU"/>
        </w:rPr>
        <w:t>Кому адресована книга? В каких университетах, исследовательских центрах, профессиональных сообществах или образовательных программах она может использоваться? При наличии укажите подтвержденный интерес к будущему изданию.</w:t>
      </w:r>
    </w:p>
    <w:p w14:paraId="6EFDE206" w14:textId="77777777" w:rsidR="004516FC" w:rsidRPr="006F46F2" w:rsidRDefault="006F46F2">
      <w:pPr>
        <w:spacing w:after="40"/>
        <w:rPr>
          <w:lang w:val="ru-RU"/>
        </w:rPr>
      </w:pPr>
      <w:r w:rsidRPr="006F46F2">
        <w:rPr>
          <w:sz w:val="20"/>
          <w:lang w:val="ru-RU"/>
        </w:rPr>
        <w:t>________________________________________________________________________________</w:t>
      </w:r>
    </w:p>
    <w:p w14:paraId="1CD4E0FD" w14:textId="416C19A4" w:rsidR="004516FC" w:rsidRPr="006F46F2" w:rsidRDefault="0092542E">
      <w:pPr>
        <w:spacing w:before="80" w:after="20"/>
        <w:rPr>
          <w:lang w:val="ru-RU"/>
        </w:rPr>
      </w:pPr>
      <w:r>
        <w:rPr>
          <w:b/>
          <w:lang w:val="ru-RU"/>
        </w:rPr>
        <w:t>16</w:t>
      </w:r>
      <w:r w:rsidR="006F46F2" w:rsidRPr="006F46F2">
        <w:rPr>
          <w:b/>
          <w:lang w:val="ru-RU"/>
        </w:rPr>
        <w:t>. Потенциал общероссийского использования и распространения</w:t>
      </w:r>
    </w:p>
    <w:p w14:paraId="2DC81776" w14:textId="77777777" w:rsidR="004516FC" w:rsidRPr="006F46F2" w:rsidRDefault="006F46F2">
      <w:pPr>
        <w:spacing w:after="20"/>
        <w:ind w:left="283"/>
        <w:rPr>
          <w:lang w:val="ru-RU"/>
        </w:rPr>
      </w:pPr>
      <w:r w:rsidRPr="006F46F2">
        <w:rPr>
          <w:i/>
          <w:lang w:val="ru-RU"/>
        </w:rPr>
        <w:t>Поясните, почему книга может быть востребована за пределами организации автора и какое место она способна занять в соответствующей предметной области.</w:t>
      </w:r>
    </w:p>
    <w:p w14:paraId="7038E3A1" w14:textId="77777777" w:rsidR="004516FC" w:rsidRPr="006F46F2" w:rsidRDefault="006F46F2">
      <w:pPr>
        <w:spacing w:after="40"/>
        <w:rPr>
          <w:lang w:val="ru-RU"/>
        </w:rPr>
      </w:pPr>
      <w:r w:rsidRPr="006F46F2">
        <w:rPr>
          <w:sz w:val="20"/>
          <w:lang w:val="ru-RU"/>
        </w:rPr>
        <w:t>________________________________________________________________________________</w:t>
      </w:r>
    </w:p>
    <w:p w14:paraId="5181888E" w14:textId="23CD4C24" w:rsidR="004516FC" w:rsidRPr="006F46F2" w:rsidRDefault="0092542E">
      <w:pPr>
        <w:spacing w:before="160"/>
        <w:rPr>
          <w:lang w:val="ru-RU"/>
        </w:rPr>
      </w:pPr>
      <w:r>
        <w:rPr>
          <w:b/>
          <w:lang w:val="ru-RU"/>
        </w:rPr>
        <w:t>17</w:t>
      </w:r>
      <w:r w:rsidR="006F46F2" w:rsidRPr="006F46F2">
        <w:rPr>
          <w:b/>
          <w:lang w:val="ru-RU"/>
        </w:rPr>
        <w:t xml:space="preserve">. Дополнительные сведения для учебника </w:t>
      </w:r>
      <w:bookmarkStart w:id="0" w:name="_GoBack"/>
      <w:bookmarkEnd w:id="0"/>
    </w:p>
    <w:p w14:paraId="71608D2B" w14:textId="77777777" w:rsidR="004516FC" w:rsidRPr="006F46F2" w:rsidRDefault="006F46F2">
      <w:pPr>
        <w:ind w:left="709" w:hanging="340"/>
        <w:jc w:val="both"/>
        <w:rPr>
          <w:lang w:val="ru-RU"/>
        </w:rPr>
      </w:pPr>
      <w:r w:rsidRPr="006F46F2">
        <w:rPr>
          <w:lang w:val="ru-RU"/>
        </w:rPr>
        <w:t>– направление подготовки / образовательные программы, для которых предназначено издание;</w:t>
      </w:r>
    </w:p>
    <w:p w14:paraId="2014A5CE" w14:textId="77777777" w:rsidR="004516FC" w:rsidRPr="006F46F2" w:rsidRDefault="006F46F2">
      <w:pPr>
        <w:ind w:left="709" w:hanging="340"/>
        <w:jc w:val="both"/>
        <w:rPr>
          <w:lang w:val="ru-RU"/>
        </w:rPr>
      </w:pPr>
      <w:r w:rsidRPr="006F46F2">
        <w:rPr>
          <w:lang w:val="ru-RU"/>
        </w:rPr>
        <w:t>– целевой уровень владения языком и ожидаемые результаты обучения;</w:t>
      </w:r>
    </w:p>
    <w:p w14:paraId="53299AFD" w14:textId="77777777" w:rsidR="004516FC" w:rsidRPr="006F46F2" w:rsidRDefault="006F46F2">
      <w:pPr>
        <w:ind w:left="709" w:hanging="340"/>
        <w:jc w:val="both"/>
        <w:rPr>
          <w:lang w:val="ru-RU"/>
        </w:rPr>
      </w:pPr>
      <w:r w:rsidRPr="006F46F2">
        <w:rPr>
          <w:lang w:val="ru-RU"/>
        </w:rPr>
        <w:t>– методическая концепция и принципы отбора учебного материала;</w:t>
      </w:r>
    </w:p>
    <w:p w14:paraId="7E2BBCDD" w14:textId="77777777" w:rsidR="004516FC" w:rsidRPr="006F46F2" w:rsidRDefault="006F46F2">
      <w:pPr>
        <w:ind w:left="709" w:hanging="340"/>
        <w:jc w:val="both"/>
        <w:rPr>
          <w:lang w:val="ru-RU"/>
        </w:rPr>
      </w:pPr>
      <w:r w:rsidRPr="006F46F2">
        <w:rPr>
          <w:lang w:val="ru-RU"/>
        </w:rPr>
        <w:t>– структура учебных единиц и характеристика системы упражнений/заданий;</w:t>
      </w:r>
    </w:p>
    <w:p w14:paraId="6EF96C22" w14:textId="77777777" w:rsidR="004516FC" w:rsidRPr="006F46F2" w:rsidRDefault="006F46F2">
      <w:pPr>
        <w:ind w:left="709" w:hanging="340"/>
        <w:jc w:val="both"/>
        <w:rPr>
          <w:lang w:val="ru-RU"/>
        </w:rPr>
      </w:pPr>
      <w:r w:rsidRPr="006F46F2">
        <w:rPr>
          <w:lang w:val="ru-RU"/>
        </w:rPr>
        <w:t>– предполагаемые формы контроля и самостоятельной работы;</w:t>
      </w:r>
    </w:p>
    <w:p w14:paraId="71B64C4F" w14:textId="77777777" w:rsidR="004516FC" w:rsidRPr="006F46F2" w:rsidRDefault="006F46F2">
      <w:pPr>
        <w:ind w:left="709" w:hanging="340"/>
        <w:jc w:val="both"/>
        <w:rPr>
          <w:lang w:val="ru-RU"/>
        </w:rPr>
      </w:pPr>
      <w:r w:rsidRPr="006F46F2">
        <w:rPr>
          <w:lang w:val="ru-RU"/>
        </w:rPr>
        <w:t>– планируемые аудио-, видео-, интерактивные или иные дополнительные материалы (при наличии);</w:t>
      </w:r>
    </w:p>
    <w:p w14:paraId="799A6B8E" w14:textId="77777777" w:rsidR="004516FC" w:rsidRPr="006F46F2" w:rsidRDefault="006F46F2">
      <w:pPr>
        <w:ind w:left="709" w:hanging="340"/>
        <w:jc w:val="both"/>
        <w:rPr>
          <w:lang w:val="ru-RU"/>
        </w:rPr>
      </w:pPr>
      <w:r w:rsidRPr="006F46F2">
        <w:rPr>
          <w:lang w:val="ru-RU"/>
        </w:rPr>
        <w:t>– опыт апробации материалов в образовательном процессе (если проводилась).</w:t>
      </w:r>
    </w:p>
    <w:p w14:paraId="341D2657" w14:textId="31A93C1C" w:rsidR="004516FC" w:rsidRPr="006F46F2" w:rsidRDefault="0092542E">
      <w:pPr>
        <w:spacing w:before="80" w:after="20"/>
        <w:rPr>
          <w:lang w:val="ru-RU"/>
        </w:rPr>
      </w:pPr>
      <w:r>
        <w:rPr>
          <w:b/>
          <w:lang w:val="ru-RU"/>
        </w:rPr>
        <w:t>18</w:t>
      </w:r>
      <w:r w:rsidR="006F46F2" w:rsidRPr="006F46F2">
        <w:rPr>
          <w:b/>
          <w:lang w:val="ru-RU"/>
        </w:rPr>
        <w:t>. Срок завершения рукописи и план работы</w:t>
      </w:r>
    </w:p>
    <w:p w14:paraId="5D54A5E7" w14:textId="77777777" w:rsidR="004516FC" w:rsidRPr="006F46F2" w:rsidRDefault="006F46F2">
      <w:pPr>
        <w:spacing w:after="20"/>
        <w:ind w:left="283"/>
        <w:rPr>
          <w:lang w:val="ru-RU"/>
        </w:rPr>
      </w:pPr>
      <w:r w:rsidRPr="006F46F2">
        <w:rPr>
          <w:i/>
          <w:lang w:val="ru-RU"/>
        </w:rPr>
        <w:t>Укажите основные этапы подготовки книги до 15 ноября 2027 г. и подтвердите реалистичность заявленного срока.</w:t>
      </w:r>
    </w:p>
    <w:p w14:paraId="136D8801" w14:textId="77777777" w:rsidR="004516FC" w:rsidRPr="006F46F2" w:rsidRDefault="006F46F2">
      <w:pPr>
        <w:spacing w:after="40"/>
        <w:rPr>
          <w:lang w:val="ru-RU"/>
        </w:rPr>
      </w:pPr>
      <w:r w:rsidRPr="006F46F2">
        <w:rPr>
          <w:sz w:val="20"/>
          <w:lang w:val="ru-RU"/>
        </w:rPr>
        <w:t>________________________________________________________________________________</w:t>
      </w:r>
    </w:p>
    <w:p w14:paraId="6C075638" w14:textId="4CDB1E77" w:rsidR="004516FC" w:rsidRPr="006F46F2" w:rsidRDefault="0092542E">
      <w:pPr>
        <w:spacing w:before="80" w:after="20"/>
        <w:rPr>
          <w:lang w:val="ru-RU"/>
        </w:rPr>
      </w:pPr>
      <w:r>
        <w:rPr>
          <w:b/>
          <w:lang w:val="ru-RU"/>
        </w:rPr>
        <w:t>19</w:t>
      </w:r>
      <w:r w:rsidR="006F46F2" w:rsidRPr="006F46F2">
        <w:rPr>
          <w:b/>
          <w:lang w:val="ru-RU"/>
        </w:rPr>
        <w:t>. Почему проект соответствует профилю Издательского дома МГИМО и серии/направлению Конкурса</w:t>
      </w:r>
    </w:p>
    <w:p w14:paraId="70838399" w14:textId="77777777" w:rsidR="004516FC" w:rsidRPr="006F46F2" w:rsidRDefault="006F46F2">
      <w:pPr>
        <w:spacing w:after="20"/>
        <w:ind w:left="283"/>
        <w:rPr>
          <w:lang w:val="ru-RU"/>
        </w:rPr>
      </w:pPr>
      <w:r w:rsidRPr="006F46F2">
        <w:rPr>
          <w:i/>
          <w:lang w:val="ru-RU"/>
        </w:rPr>
        <w:t>Кратко поясните содержательную связь проекта с востоковедением или преподаванием редкого языка и его значение для академической аудитории.</w:t>
      </w:r>
    </w:p>
    <w:p w14:paraId="005C7BF2" w14:textId="77777777" w:rsidR="004516FC" w:rsidRPr="006F46F2" w:rsidRDefault="006F46F2">
      <w:pPr>
        <w:spacing w:after="40"/>
        <w:rPr>
          <w:lang w:val="ru-RU"/>
        </w:rPr>
      </w:pPr>
      <w:r w:rsidRPr="006F46F2">
        <w:rPr>
          <w:sz w:val="20"/>
          <w:lang w:val="ru-RU"/>
        </w:rPr>
        <w:t>________________________________________________________________________________</w:t>
      </w:r>
    </w:p>
    <w:p w14:paraId="770BB406" w14:textId="1BC61ACF" w:rsidR="004516FC" w:rsidRPr="006F46F2" w:rsidRDefault="0092542E">
      <w:pPr>
        <w:spacing w:before="160"/>
        <w:rPr>
          <w:lang w:val="ru-RU"/>
        </w:rPr>
      </w:pPr>
      <w:r>
        <w:rPr>
          <w:b/>
          <w:lang w:val="ru-RU"/>
        </w:rPr>
        <w:lastRenderedPageBreak/>
        <w:t>20</w:t>
      </w:r>
      <w:r w:rsidR="006F46F2" w:rsidRPr="006F46F2">
        <w:rPr>
          <w:b/>
          <w:lang w:val="ru-RU"/>
        </w:rPr>
        <w:t xml:space="preserve">. </w:t>
      </w:r>
      <w:r>
        <w:rPr>
          <w:b/>
          <w:lang w:val="ru-RU"/>
        </w:rPr>
        <w:t>П</w:t>
      </w:r>
      <w:r w:rsidR="006F46F2" w:rsidRPr="006F46F2">
        <w:rPr>
          <w:b/>
          <w:lang w:val="ru-RU"/>
        </w:rPr>
        <w:t>риложения к заявке</w:t>
      </w:r>
    </w:p>
    <w:p w14:paraId="17064478" w14:textId="77777777" w:rsidR="004516FC" w:rsidRPr="006F46F2" w:rsidRDefault="006F46F2">
      <w:pPr>
        <w:ind w:left="709" w:hanging="340"/>
        <w:jc w:val="both"/>
        <w:rPr>
          <w:lang w:val="ru-RU"/>
        </w:rPr>
      </w:pPr>
      <w:r w:rsidRPr="006F46F2">
        <w:rPr>
          <w:lang w:val="ru-RU"/>
        </w:rPr>
        <w:t>– подробное оглавление;</w:t>
      </w:r>
    </w:p>
    <w:p w14:paraId="667D5BE0" w14:textId="77777777" w:rsidR="004516FC" w:rsidRPr="006F46F2" w:rsidRDefault="006F46F2">
      <w:pPr>
        <w:ind w:left="709" w:hanging="340"/>
        <w:jc w:val="both"/>
        <w:rPr>
          <w:lang w:val="ru-RU"/>
        </w:rPr>
      </w:pPr>
      <w:r w:rsidRPr="006F46F2">
        <w:rPr>
          <w:lang w:val="ru-RU"/>
        </w:rPr>
        <w:t>– фрагмент рукописи объемом не менее 1 авторского листа;</w:t>
      </w:r>
    </w:p>
    <w:p w14:paraId="723A87A0" w14:textId="5890C06A" w:rsidR="004516FC" w:rsidRPr="006F46F2" w:rsidRDefault="006F46F2">
      <w:pPr>
        <w:ind w:left="709" w:hanging="340"/>
        <w:jc w:val="both"/>
        <w:rPr>
          <w:lang w:val="ru-RU"/>
        </w:rPr>
      </w:pPr>
      <w:r w:rsidRPr="006F46F2">
        <w:rPr>
          <w:lang w:val="ru-RU"/>
        </w:rPr>
        <w:t xml:space="preserve">– краткое </w:t>
      </w:r>
      <w:r w:rsidRPr="006F46F2">
        <w:t>CV</w:t>
      </w:r>
      <w:r w:rsidRPr="006F46F2">
        <w:rPr>
          <w:lang w:val="ru-RU"/>
        </w:rPr>
        <w:t xml:space="preserve"> автора (каждого участника авторского коллектива) – до 2 страниц на человека</w:t>
      </w:r>
      <w:r w:rsidR="0092542E">
        <w:rPr>
          <w:lang w:val="ru-RU"/>
        </w:rPr>
        <w:t xml:space="preserve"> (факультативно)</w:t>
      </w:r>
      <w:r w:rsidRPr="006F46F2">
        <w:rPr>
          <w:lang w:val="ru-RU"/>
        </w:rPr>
        <w:t>;</w:t>
      </w:r>
    </w:p>
    <w:p w14:paraId="4A71EA81" w14:textId="6CCE2EA0" w:rsidR="004516FC" w:rsidRPr="006F46F2" w:rsidRDefault="006F46F2">
      <w:pPr>
        <w:ind w:left="709" w:hanging="340"/>
        <w:jc w:val="both"/>
        <w:rPr>
          <w:lang w:val="ru-RU"/>
        </w:rPr>
      </w:pPr>
      <w:r w:rsidRPr="006F46F2">
        <w:rPr>
          <w:lang w:val="ru-RU"/>
        </w:rPr>
        <w:t>– для учебных изданий – пример учебной единицы/комплекса заданий, если он не входит в представленный фрагмент</w:t>
      </w:r>
      <w:r w:rsidR="0092542E">
        <w:rPr>
          <w:lang w:val="ru-RU"/>
        </w:rPr>
        <w:t xml:space="preserve"> (факультативно)</w:t>
      </w:r>
      <w:r w:rsidRPr="006F46F2">
        <w:rPr>
          <w:lang w:val="ru-RU"/>
        </w:rPr>
        <w:t>.</w:t>
      </w:r>
    </w:p>
    <w:p w14:paraId="0F3E2790" w14:textId="0B45F0FB" w:rsidR="004516FC" w:rsidRPr="006F46F2" w:rsidRDefault="0092542E">
      <w:pPr>
        <w:spacing w:before="160"/>
        <w:rPr>
          <w:lang w:val="ru-RU"/>
        </w:rPr>
      </w:pPr>
      <w:r>
        <w:rPr>
          <w:b/>
          <w:lang w:val="ru-RU"/>
        </w:rPr>
        <w:t>21</w:t>
      </w:r>
      <w:r w:rsidR="006F46F2" w:rsidRPr="006F46F2">
        <w:rPr>
          <w:b/>
          <w:lang w:val="ru-RU"/>
        </w:rPr>
        <w:t>. Подтверждение автора</w:t>
      </w:r>
    </w:p>
    <w:p w14:paraId="5E808AD7" w14:textId="77777777" w:rsidR="004516FC" w:rsidRPr="006F46F2" w:rsidRDefault="006F46F2">
      <w:pPr>
        <w:jc w:val="both"/>
        <w:rPr>
          <w:lang w:val="ru-RU"/>
        </w:rPr>
      </w:pPr>
      <w:r w:rsidRPr="006F46F2">
        <w:rPr>
          <w:lang w:val="ru-RU"/>
        </w:rPr>
        <w:t>Подавая заявку, автор (авторский коллектив) подтверждает достоверность указанных сведений, оригинальность проекта, наличие прав на представленные материалы и готовность в случае победы заключить договор на условиях, предусмотренных Положением о Конкурсе.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6F46F2" w:rsidRPr="00B219C0" w14:paraId="3F8BDAA2" w14:textId="77777777">
        <w:trPr>
          <w:jc w:val="center"/>
        </w:trPr>
        <w:tc>
          <w:tcPr>
            <w:tcW w:w="49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5B378C" w14:textId="77777777" w:rsidR="004516FC" w:rsidRPr="006F46F2" w:rsidRDefault="006F46F2">
            <w:r w:rsidRPr="006F46F2">
              <w:t>Дата</w:t>
            </w:r>
          </w:p>
        </w:tc>
        <w:tc>
          <w:tcPr>
            <w:tcW w:w="49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E9661" w14:textId="77777777" w:rsidR="004516FC" w:rsidRPr="006F46F2" w:rsidRDefault="006F46F2">
            <w:pPr>
              <w:rPr>
                <w:lang w:val="ru-RU"/>
              </w:rPr>
            </w:pPr>
            <w:r w:rsidRPr="006F46F2">
              <w:rPr>
                <w:lang w:val="ru-RU"/>
              </w:rPr>
              <w:t>Подпись автора / руководителя авторского коллектива</w:t>
            </w:r>
          </w:p>
        </w:tc>
      </w:tr>
      <w:tr w:rsidR="004516FC" w:rsidRPr="006F46F2" w14:paraId="33994FA1" w14:textId="77777777">
        <w:trPr>
          <w:jc w:val="center"/>
        </w:trPr>
        <w:tc>
          <w:tcPr>
            <w:tcW w:w="49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4F590F" w14:textId="77777777" w:rsidR="004516FC" w:rsidRPr="006F46F2" w:rsidRDefault="006F46F2">
            <w:r w:rsidRPr="006F46F2">
              <w:t>__________________</w:t>
            </w:r>
          </w:p>
        </w:tc>
        <w:tc>
          <w:tcPr>
            <w:tcW w:w="49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1876FB" w14:textId="77777777" w:rsidR="004516FC" w:rsidRPr="006F46F2" w:rsidRDefault="006F46F2">
            <w:r w:rsidRPr="006F46F2">
              <w:t>__________________ / __________________________</w:t>
            </w:r>
          </w:p>
        </w:tc>
      </w:tr>
    </w:tbl>
    <w:p w14:paraId="1B90A22A" w14:textId="77777777" w:rsidR="00E103DB" w:rsidRPr="006F46F2" w:rsidRDefault="00E103DB"/>
    <w:sectPr w:rsidR="00E103DB" w:rsidRPr="006F46F2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018C2"/>
    <w:rsid w:val="004516FC"/>
    <w:rsid w:val="006F46F2"/>
    <w:rsid w:val="0092542E"/>
    <w:rsid w:val="00AA1D8D"/>
    <w:rsid w:val="00B219C0"/>
    <w:rsid w:val="00B47730"/>
    <w:rsid w:val="00CB0664"/>
    <w:rsid w:val="00E103DB"/>
    <w:rsid w:val="00E11C1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585E6F"/>
  <w14:defaultImageDpi w14:val="300"/>
  <w15:docId w15:val="{ADBE9290-5BB7-E440-AA7C-6DBEB92AB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D0202C3-1ACC-4C79-9E7E-453516C79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907</Words>
  <Characters>5172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6067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2026-09-25T10:36:00Z</dcterms:created>
  <dcterms:modified xsi:type="dcterms:W3CDTF">2026-09-25T10:36:00Z</dcterms:modified>
  <cp:category/>
</cp:coreProperties>
</file>